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3D7" w:rsidRPr="00EA63D7" w:rsidRDefault="00EA63D7" w:rsidP="00EA63D7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A63D7">
        <w:rPr>
          <w:rFonts w:ascii="Times New Roman" w:hAnsi="Times New Roman"/>
          <w:b/>
          <w:sz w:val="24"/>
          <w:szCs w:val="24"/>
        </w:rPr>
        <w:t>MUĞLA SITKI KOÇMAN ÜNİVERSİTESİ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tr-TR"/>
        </w:rPr>
      </w:pPr>
      <w:r w:rsidRPr="00EA63D7">
        <w:rPr>
          <w:rFonts w:ascii="Times New Roman" w:hAnsi="Times New Roman"/>
          <w:b/>
          <w:sz w:val="24"/>
          <w:szCs w:val="24"/>
        </w:rPr>
        <w:t xml:space="preserve">COP31 KURUMSAL KATKI ÖN BİLDİRİM ÇAĞRISI VE FORMU 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Birleşmiş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Milletler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İklim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Değişikliği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Çerçeve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Sözleşmesi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31.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Taraflar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Konferansı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(COP31), </w:t>
      </w:r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9–20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Kasım</w:t>
      </w:r>
      <w:proofErr w:type="spellEnd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2026</w:t>
      </w:r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tarihlerinde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Antalya'da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gerçekleştirilecektir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.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Yükseköğretim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Kurulu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Başkanlığı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tarafından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üniversitelerin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COP31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sürecine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sunacağı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bilimsel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teknolojik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eğitsel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toplumsal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katkıların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belirlenmesi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amacıyla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başvuru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sistemi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oluşturulmuştur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. Bu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kapsamda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Muğla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Sıtkı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Koçman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Üniversitesinin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kurumsal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başvurusunda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yer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alacak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proje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etkinlik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katılım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önerileri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toplanacaktır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.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Bu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çağrı</w:t>
      </w:r>
      <w:proofErr w:type="spellEnd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bir</w:t>
      </w:r>
      <w:proofErr w:type="spellEnd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araştırma</w:t>
      </w:r>
      <w:proofErr w:type="spellEnd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fonu</w:t>
      </w:r>
      <w:proofErr w:type="spellEnd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çağrısı</w:t>
      </w:r>
      <w:proofErr w:type="spellEnd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değildir</w:t>
      </w:r>
      <w:proofErr w:type="spellEnd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.</w:t>
      </w:r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Devam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eden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veya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tamamlanmış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çalışmalar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ile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COP31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kapsamında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geliştirilebilecek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somut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proje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etkinlik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önerileri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bildirim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olarak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sunulabilir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.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Bildirilebilecek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katkılar</w:t>
      </w:r>
      <w:proofErr w:type="spellEnd"/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1.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Proje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bilimsel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çalışmalar</w:t>
      </w:r>
      <w:proofErr w:type="spellEnd"/>
    </w:p>
    <w:p w:rsidR="00EA63D7" w:rsidRPr="002F3FE1" w:rsidRDefault="00EA63D7" w:rsidP="00EA6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Devam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eden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veya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tamamlanmış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araştırmalar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</w:p>
    <w:p w:rsidR="00EA63D7" w:rsidRPr="002F3FE1" w:rsidRDefault="00EA63D7" w:rsidP="00EA6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Teknoloji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prototip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yazılım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veri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tabanı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karar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destek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sistemleri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</w:p>
    <w:p w:rsidR="00EA63D7" w:rsidRPr="002F3FE1" w:rsidRDefault="00EA63D7" w:rsidP="00EA6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Üniversite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–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sanayi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veya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üniversite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–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kamu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iş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birlikleri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</w:p>
    <w:p w:rsidR="00EA63D7" w:rsidRPr="002F3FE1" w:rsidRDefault="00EA63D7" w:rsidP="00EA6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Uluslararası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iş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birliği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önerileri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</w:p>
    <w:p w:rsidR="00EA63D7" w:rsidRPr="002F3FE1" w:rsidRDefault="00EA63D7" w:rsidP="00EA6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Politika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raporları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iyi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uygulama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örnekleri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. 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2. COP31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etkinlik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önerileri</w:t>
      </w:r>
      <w:proofErr w:type="spellEnd"/>
    </w:p>
    <w:p w:rsidR="00EA63D7" w:rsidRPr="002F3FE1" w:rsidRDefault="00EA63D7" w:rsidP="00EA63D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Panel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veya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yan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etkinlik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</w:p>
    <w:p w:rsidR="00EA63D7" w:rsidRPr="002F3FE1" w:rsidRDefault="00EA63D7" w:rsidP="00EA63D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Çalıştay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/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yuvarlak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masa, </w:t>
      </w:r>
    </w:p>
    <w:p w:rsidR="00EA63D7" w:rsidRPr="002F3FE1" w:rsidRDefault="00EA63D7" w:rsidP="00EA63D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Araştırma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veya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teknoloji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sergisi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</w:p>
    <w:p w:rsidR="00EA63D7" w:rsidRPr="002F3FE1" w:rsidRDefault="00EA63D7" w:rsidP="00EA63D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Eğitim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gençlik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etkinlikleri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</w:p>
    <w:p w:rsidR="00EA63D7" w:rsidRPr="002F3FE1" w:rsidRDefault="00EA63D7" w:rsidP="00EA63D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Politika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raporu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veya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ortaklık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tanıtımı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. 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3.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Akademik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katkı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katılım</w:t>
      </w:r>
      <w:proofErr w:type="spellEnd"/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COP31'e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katkı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sunmak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isteyen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öğretim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elemanları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ile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öğrenci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katılımına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ilişkin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öneriler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de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bildirilebilir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.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COP31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temaları</w:t>
      </w:r>
      <w:proofErr w:type="spellEnd"/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lastRenderedPageBreak/>
        <w:t>Ön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bildirimlerin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aşağıdaki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temalardan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az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biriyle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ilişkili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olması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beklenmektedir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:</w:t>
      </w:r>
    </w:p>
    <w:p w:rsidR="00EA63D7" w:rsidRPr="002F3FE1" w:rsidRDefault="00EA63D7" w:rsidP="00EA63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Sıfır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Atık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Okyanuslar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Denizler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Gıda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Güvenliği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İklim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Dirençli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Şehirler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İklim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Uygulama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Köprüsü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(CIB) </w:t>
      </w:r>
    </w:p>
    <w:p w:rsidR="00EA63D7" w:rsidRPr="002F3FE1" w:rsidRDefault="00EA63D7" w:rsidP="00EA63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Gençlik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Eğitim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Yeşil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Sanayileşme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Temiz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Enerji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Dönüşümü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Rio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Sinerjisi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Dinamik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Dayanıklı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Sağlık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Sistemleri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Ön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bildirimde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istenecek</w:t>
      </w:r>
      <w:proofErr w:type="spellEnd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bilgiler</w:t>
      </w:r>
      <w:proofErr w:type="spellEnd"/>
    </w:p>
    <w:p w:rsidR="00EA63D7" w:rsidRPr="002F3FE1" w:rsidRDefault="00EA63D7" w:rsidP="00EA63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Türkçe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İngilizce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başlık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Sorumlu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kişi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ekip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Fakülte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/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bölüm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/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birim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İlgili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COP31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teması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Amaç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ele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alınan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problem </w:t>
      </w:r>
    </w:p>
    <w:p w:rsidR="00EA63D7" w:rsidRPr="002F3FE1" w:rsidRDefault="00EA63D7" w:rsidP="00EA63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Çalışmanın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mevcut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durumu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COP31'e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kadar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üretilebilecek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somut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çıktı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Kurum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dışı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ortaklar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(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varsa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) </w:t>
      </w:r>
    </w:p>
    <w:p w:rsidR="00EA63D7" w:rsidRPr="002F3FE1" w:rsidRDefault="00EA63D7" w:rsidP="00EA63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COP31'e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katılması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önerilen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akademisyen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öğrenciler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fazla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250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kelimelik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kısa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açıklama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EA63D7" w:rsidRPr="002F3FE1" w:rsidRDefault="00EA63D7" w:rsidP="00EA63D7">
      <w:pPr>
        <w:spacing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Not:</w:t>
      </w:r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YÖK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başvuru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sisteminde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her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bildirim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yalnızca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tek</w:t>
      </w:r>
      <w:proofErr w:type="spellEnd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bir</w:t>
      </w:r>
      <w:proofErr w:type="spellEnd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kategori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altında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değerlendirilmektedir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.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Birden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fazla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kategoriye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giren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çalışmalar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için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ayrı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proje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bildirimi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hazırlanması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gerekmektedir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. 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Üniversitemize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iletilen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bildirimler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kurumsal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değerlendirme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sonucunda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seçilecek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uygun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görülen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çalışmalar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Yükseköğretim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Kurulu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Başkanlığına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yapılacak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MSKÜ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kurumsal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başvurusuna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dâhil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edilecektir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.</w:t>
      </w:r>
    </w:p>
    <w:p w:rsidR="00EA63D7" w:rsidRPr="002F3FE1" w:rsidRDefault="00EA63D7" w:rsidP="00EA63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Önemli</w:t>
      </w:r>
      <w:proofErr w:type="spellEnd"/>
      <w:r w:rsidRPr="00EA63D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:</w:t>
      </w:r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Ön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bildirim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yapılması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çalışmanın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COP31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programına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yan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etkinliklere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veya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sergi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alanlarına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doğrudan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kabul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edildiği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ya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da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katılımcılara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akreditasyon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sağlanacağı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anlamına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gelmemektedir</w:t>
      </w:r>
      <w:proofErr w:type="spellEnd"/>
      <w:r w:rsidRPr="002F3FE1">
        <w:rPr>
          <w:rFonts w:ascii="Times New Roman" w:eastAsia="Times New Roman" w:hAnsi="Times New Roman"/>
          <w:sz w:val="24"/>
          <w:szCs w:val="24"/>
          <w:lang w:eastAsia="tr-TR"/>
        </w:rPr>
        <w:t>.</w:t>
      </w:r>
    </w:p>
    <w:p w:rsidR="00EA63D7" w:rsidRPr="00EA63D7" w:rsidRDefault="00EA63D7" w:rsidP="00DF4865">
      <w:pPr>
        <w:pStyle w:val="Balk1"/>
        <w:spacing w:before="0" w:line="360" w:lineRule="auto"/>
        <w:jc w:val="center"/>
        <w:rPr>
          <w:rFonts w:ascii="Times New Roman" w:hAnsi="Times New Roman"/>
          <w:color w:val="000000"/>
        </w:rPr>
      </w:pPr>
    </w:p>
    <w:p w:rsidR="00EA63D7" w:rsidRPr="00EA63D7" w:rsidRDefault="00EA63D7" w:rsidP="00DF4865">
      <w:pPr>
        <w:pStyle w:val="Balk1"/>
        <w:spacing w:before="0" w:line="360" w:lineRule="auto"/>
        <w:jc w:val="center"/>
        <w:rPr>
          <w:rFonts w:ascii="Times New Roman" w:hAnsi="Times New Roman"/>
          <w:color w:val="000000"/>
        </w:rPr>
      </w:pPr>
      <w:bookmarkStart w:id="0" w:name="_GoBack"/>
      <w:bookmarkEnd w:id="0"/>
    </w:p>
    <w:sectPr w:rsidR="00EA63D7" w:rsidRPr="00EA63D7" w:rsidSect="00DF4865">
      <w:headerReference w:type="default" r:id="rId8"/>
      <w:footerReference w:type="default" r:id="rId9"/>
      <w:pgSz w:w="12240" w:h="15840"/>
      <w:pgMar w:top="1440" w:right="1800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F7A" w:rsidRDefault="00B55F7A" w:rsidP="00DF4865">
      <w:pPr>
        <w:spacing w:after="0" w:line="240" w:lineRule="auto"/>
      </w:pPr>
      <w:r>
        <w:separator/>
      </w:r>
    </w:p>
  </w:endnote>
  <w:endnote w:type="continuationSeparator" w:id="0">
    <w:p w:rsidR="00B55F7A" w:rsidRDefault="00B55F7A" w:rsidP="00DF4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083" w:rsidRPr="00EA63D7" w:rsidRDefault="00757083" w:rsidP="00757083">
    <w:pPr>
      <w:pStyle w:val="NormalWeb"/>
      <w:spacing w:before="0" w:beforeAutospacing="0" w:after="0" w:afterAutospacing="0" w:line="360" w:lineRule="auto"/>
      <w:jc w:val="center"/>
      <w:rPr>
        <w:rStyle w:val="Gl"/>
        <w:rFonts w:eastAsia="MS Gothic"/>
        <w:color w:val="00B050"/>
      </w:rPr>
    </w:pPr>
    <w:r w:rsidRPr="00EA63D7">
      <w:rPr>
        <w:rStyle w:val="Gl"/>
        <w:rFonts w:eastAsia="MS Gothic"/>
        <w:color w:val="00B050"/>
      </w:rPr>
      <w:t xml:space="preserve">Sürdürülebilir Yeşil Kampüs Koordinatörlüğü </w:t>
    </w:r>
  </w:p>
  <w:p w:rsidR="00757083" w:rsidRPr="00DF4865" w:rsidRDefault="00B55F7A" w:rsidP="00757083">
    <w:pPr>
      <w:pStyle w:val="NormalWeb"/>
      <w:spacing w:before="0" w:beforeAutospacing="0" w:after="0" w:afterAutospacing="0" w:line="360" w:lineRule="auto"/>
      <w:jc w:val="center"/>
      <w:rPr>
        <w:color w:val="00B050"/>
        <w:sz w:val="28"/>
        <w:szCs w:val="28"/>
      </w:rPr>
    </w:pPr>
    <w:hyperlink r:id="rId1" w:history="1">
      <w:r w:rsidR="00757083" w:rsidRPr="0023174A">
        <w:rPr>
          <w:rStyle w:val="Kpr"/>
        </w:rPr>
        <w:t>sykk@mu.edu.tr</w:t>
      </w:r>
    </w:hyperlink>
  </w:p>
  <w:p w:rsidR="00DF4865" w:rsidRPr="00757083" w:rsidRDefault="00DF4865" w:rsidP="007570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F7A" w:rsidRDefault="00B55F7A" w:rsidP="00DF4865">
      <w:pPr>
        <w:spacing w:after="0" w:line="240" w:lineRule="auto"/>
      </w:pPr>
      <w:r>
        <w:separator/>
      </w:r>
    </w:p>
  </w:footnote>
  <w:footnote w:type="continuationSeparator" w:id="0">
    <w:p w:rsidR="00B55F7A" w:rsidRDefault="00B55F7A" w:rsidP="00DF4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4865" w:rsidRDefault="0065510A" w:rsidP="00757083">
    <w:pPr>
      <w:pStyle w:val="stBilgi"/>
      <w:ind w:left="-426"/>
    </w:pPr>
    <w:r w:rsidRPr="004C0CA4">
      <w:rPr>
        <w:noProof/>
      </w:rPr>
      <w:drawing>
        <wp:inline distT="0" distB="0" distL="0" distR="0">
          <wp:extent cx="655320" cy="1066800"/>
          <wp:effectExtent l="0" t="0" r="0" b="0"/>
          <wp:docPr id="2" name="Resim 4" descr="Üniversite Logo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 descr="Üniversite Logos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7083">
      <w:t xml:space="preserve"> </w:t>
    </w:r>
    <w:r>
      <w:rPr>
        <w:noProof/>
      </w:rPr>
      <mc:AlternateContent>
        <mc:Choice Requires="wps">
          <w:drawing>
            <wp:inline distT="0" distB="0" distL="0" distR="0">
              <wp:extent cx="304800" cy="304800"/>
              <wp:effectExtent l="0" t="0" r="0" b="0"/>
              <wp:docPr id="1" name="Dikdörtgen 1" descr="https://mail.mu.edu.tr/owa/service.svc/s/GetPersonaPhoto?email=sykk%40mu.edu.tr&amp;UA=0&amp;size=HR96x96&amp;sc=178488127689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FB036BB" id="Dikdörtgen 1" o:spid="_x0000_s1026" alt="https://mail.mu.edu.tr/owa/service.svc/s/GetPersonaPhoto?email=sykk%40mu.edu.tr&amp;UA=0&amp;size=HR96x96&amp;sc=178488127689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Ao5ldTFQMAAEAGAAAOAAAAAAAAAAAAAAAAAC4CAABkcnMv&#10;ZTJvRG9jLnhtbFBLAQItABQABgAIAAAAIQBMoOks2AAAAAMBAAAPAAAAAAAAAAAAAAAAAG8FAABk&#10;cnMvZG93bnJldi54bWxQSwUGAAAAAAQABADzAAAAdAYAAAAA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BF779C"/>
    <w:multiLevelType w:val="multilevel"/>
    <w:tmpl w:val="CAA0E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765132"/>
    <w:multiLevelType w:val="multilevel"/>
    <w:tmpl w:val="83B8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7E32E8"/>
    <w:multiLevelType w:val="multilevel"/>
    <w:tmpl w:val="4EC4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A35473"/>
    <w:multiLevelType w:val="multilevel"/>
    <w:tmpl w:val="047C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A1F"/>
    <w:rsid w:val="0015074B"/>
    <w:rsid w:val="0029639D"/>
    <w:rsid w:val="00326F90"/>
    <w:rsid w:val="0065510A"/>
    <w:rsid w:val="006A1678"/>
    <w:rsid w:val="00757083"/>
    <w:rsid w:val="00835BAF"/>
    <w:rsid w:val="00883CAB"/>
    <w:rsid w:val="00AA1D8D"/>
    <w:rsid w:val="00B47730"/>
    <w:rsid w:val="00B55F7A"/>
    <w:rsid w:val="00B96A72"/>
    <w:rsid w:val="00CB0664"/>
    <w:rsid w:val="00DF4865"/>
    <w:rsid w:val="00E61D3D"/>
    <w:rsid w:val="00EA63D7"/>
    <w:rsid w:val="00ED7FBB"/>
    <w:rsid w:val="00F116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F488EFF0-2F21-436E-A4D1-7FEB618F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  <w:rPr>
      <w:sz w:val="22"/>
      <w:szCs w:val="22"/>
      <w:lang w:val="en-US"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rPr>
      <w:sz w:val="22"/>
      <w:szCs w:val="22"/>
      <w:lang w:val="en-US" w:eastAsia="en-US"/>
    </w:rPr>
  </w:style>
  <w:style w:type="character" w:customStyle="1" w:styleId="Balk1Char">
    <w:name w:val="Başlık 1 Char"/>
    <w:link w:val="Balk1"/>
    <w:uiPriority w:val="9"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Balk2Char">
    <w:name w:val="Başlık 2 Char"/>
    <w:link w:val="Balk2"/>
    <w:uiPriority w:val="9"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Balk3Char">
    <w:name w:val="Başlık 3 Char"/>
    <w:link w:val="Balk3"/>
    <w:uiPriority w:val="9"/>
    <w:rsid w:val="00FC693F"/>
    <w:rPr>
      <w:rFonts w:ascii="Calibri" w:eastAsia="MS Gothic" w:hAnsi="Calibri" w:cs="Times New Roman"/>
      <w:b/>
      <w:bCs/>
      <w:color w:val="4F81BD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KonuBalChar">
    <w:name w:val="Konu Başlığı Char"/>
    <w:link w:val="KonuBal"/>
    <w:uiPriority w:val="10"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AltyazChar">
    <w:name w:val="Altyazı Char"/>
    <w:link w:val="Altyaz"/>
    <w:uiPriority w:val="11"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customStyle="1" w:styleId="MakroMetniChar">
    <w:name w:val="Makro Metni Char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/>
    </w:rPr>
  </w:style>
  <w:style w:type="character" w:customStyle="1" w:styleId="AlntChar">
    <w:name w:val="Alıntı Char"/>
    <w:link w:val="Alnt"/>
    <w:uiPriority w:val="29"/>
    <w:rsid w:val="00FC693F"/>
    <w:rPr>
      <w:i/>
      <w:iCs/>
      <w:color w:val="000000"/>
    </w:rPr>
  </w:style>
  <w:style w:type="character" w:customStyle="1" w:styleId="Balk4Char">
    <w:name w:val="Başlık 4 Char"/>
    <w:link w:val="Balk4"/>
    <w:uiPriority w:val="9"/>
    <w:semiHidden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Balk5Char">
    <w:name w:val="Başlık 5 Char"/>
    <w:link w:val="Balk5"/>
    <w:uiPriority w:val="9"/>
    <w:semiHidden/>
    <w:rsid w:val="00FC693F"/>
    <w:rPr>
      <w:rFonts w:ascii="Calibri" w:eastAsia="MS Gothic" w:hAnsi="Calibri" w:cs="Times New Roman"/>
      <w:color w:val="243F60"/>
    </w:rPr>
  </w:style>
  <w:style w:type="character" w:customStyle="1" w:styleId="Balk6Char">
    <w:name w:val="Başlık 6 Char"/>
    <w:link w:val="Balk6"/>
    <w:uiPriority w:val="9"/>
    <w:semiHidden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Balk7Char">
    <w:name w:val="Başlık 7 Char"/>
    <w:link w:val="Balk7"/>
    <w:uiPriority w:val="9"/>
    <w:semiHidden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Balk8Char">
    <w:name w:val="Başlık 8 Char"/>
    <w:link w:val="Balk8"/>
    <w:uiPriority w:val="9"/>
    <w:semiHidden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Balk9Char">
    <w:name w:val="Başlık 9 Char"/>
    <w:link w:val="Balk9"/>
    <w:uiPriority w:val="9"/>
    <w:semiHidden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Gl">
    <w:name w:val="Strong"/>
    <w:uiPriority w:val="22"/>
    <w:qFormat/>
    <w:rsid w:val="00FC693F"/>
    <w:rPr>
      <w:b/>
      <w:bCs/>
    </w:rPr>
  </w:style>
  <w:style w:type="character" w:styleId="Vurgu">
    <w:name w:val="Emphasis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GlAlntChar">
    <w:name w:val="Güçlü Alıntı Char"/>
    <w:link w:val="GlAlnt"/>
    <w:uiPriority w:val="30"/>
    <w:rsid w:val="00FC693F"/>
    <w:rPr>
      <w:b/>
      <w:bCs/>
      <w:i/>
      <w:iCs/>
      <w:color w:val="4F81BD"/>
    </w:rPr>
  </w:style>
  <w:style w:type="character" w:styleId="HafifVurgulama">
    <w:name w:val="Subtle Emphasis"/>
    <w:uiPriority w:val="19"/>
    <w:qFormat/>
    <w:rsid w:val="00FC693F"/>
    <w:rPr>
      <w:i/>
      <w:iCs/>
      <w:color w:val="808080"/>
    </w:rPr>
  </w:style>
  <w:style w:type="character" w:styleId="GlVurgulama">
    <w:name w:val="Intense Emphasis"/>
    <w:uiPriority w:val="21"/>
    <w:qFormat/>
    <w:rsid w:val="00FC693F"/>
    <w:rPr>
      <w:b/>
      <w:bCs/>
      <w:i/>
      <w:iCs/>
      <w:color w:val="4F81BD"/>
    </w:rPr>
  </w:style>
  <w:style w:type="character" w:styleId="HafifBavuru">
    <w:name w:val="Subtle Reference"/>
    <w:uiPriority w:val="31"/>
    <w:qFormat/>
    <w:rsid w:val="00FC693F"/>
    <w:rPr>
      <w:smallCaps/>
      <w:color w:val="C0504D"/>
      <w:u w:val="single"/>
    </w:rPr>
  </w:style>
  <w:style w:type="character" w:styleId="GlBavuru">
    <w:name w:val="Intense Reference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KitapBal">
    <w:name w:val="Book Title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kGlgeleme-Vurgu1">
    <w:name w:val="Light Shading Accent 1"/>
    <w:basedOn w:val="NormalTablo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kGlgeleme-Vurgu2">
    <w:name w:val="Light Shading Accent 2"/>
    <w:basedOn w:val="NormalTablo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AkGlgeleme-Vurgu3">
    <w:name w:val="Light Shading Accent 3"/>
    <w:basedOn w:val="NormalTablo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AkGlgeleme-Vurgu4">
    <w:name w:val="Light Shading Accent 4"/>
    <w:basedOn w:val="NormalTablo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AkGlgeleme-Vurgu5">
    <w:name w:val="Light Shading Accent 5"/>
    <w:basedOn w:val="NormalTablo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AkGlgeleme-Vurgu6">
    <w:name w:val="Light Shading Accent 6"/>
    <w:basedOn w:val="NormalTablo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kListe">
    <w:name w:val="Light List"/>
    <w:basedOn w:val="NormalTablo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AkListe-Vurgu1">
    <w:name w:val="Light List Accent 1"/>
    <w:basedOn w:val="NormalTablo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AkListe-Vurgu2">
    <w:name w:val="Light List Accent 2"/>
    <w:basedOn w:val="NormalTablo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AkListe-Vurgu3">
    <w:name w:val="Light List Accent 3"/>
    <w:basedOn w:val="NormalTablo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AkListe-Vurgu4">
    <w:name w:val="Light List Accent 4"/>
    <w:basedOn w:val="NormalTablo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AkListe-Vurgu5">
    <w:name w:val="Light List Accent 5"/>
    <w:basedOn w:val="NormalTablo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AkListe-Vurgu6">
    <w:name w:val="Light List Accent 6"/>
    <w:basedOn w:val="NormalTablo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kKlavuz">
    <w:name w:val="Light Grid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AkKlavuz-Vurgu1">
    <w:name w:val="Light Grid Accent 1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AkKlavuz-Vurgu2">
    <w:name w:val="Light Grid Accent 2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AkKlavuz-Vurgu3">
    <w:name w:val="Light Grid Accent 3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AkKlavuz-Vurgu4">
    <w:name w:val="Light Grid Accent 4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AkKlavuz-Vurgu5">
    <w:name w:val="Light Grid Accent 5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AkKlavuz-Vurgu6">
    <w:name w:val="Light Grid Accent 6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OrtaGlgeleme1">
    <w:name w:val="Medium Shading 1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OrtaListe1-Vurgu1">
    <w:name w:val="Medium List 1 Accent 1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OrtaListe1-Vurgu2">
    <w:name w:val="Medium List 1 Accent 2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OrtaListe1-Vurgu3">
    <w:name w:val="Medium List 1 Accent 3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OrtaListe1-Vurgu4">
    <w:name w:val="Medium List 1 Accent 4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OrtaListe1-Vurgu5">
    <w:name w:val="Medium List 1 Accent 5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OrtaListe1-Vurgu6">
    <w:name w:val="Medium List 1 Accent 6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OrtaListe2">
    <w:name w:val="Medium List 2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OrtaKlavuz1-Vurgu1">
    <w:name w:val="Medium Grid 1 Accent 1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OrtaKlavuz1-Vurgu2">
    <w:name w:val="Medium Grid 1 Accent 2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OrtaKlavuz1-Vurgu3">
    <w:name w:val="Medium Grid 1 Accent 3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OrtaKlavuz1-Vurgu4">
    <w:name w:val="Medium Grid 1 Accent 4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OrtaKlavuz1-Vurgu5">
    <w:name w:val="Medium Grid 1 Accent 5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OrtaKlavuz1-Vurgu6">
    <w:name w:val="Medium Grid 1 Accent 6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OrtaKlavuz2">
    <w:name w:val="Medium Grid 2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OrtaKlavuz2-Vurgu1">
    <w:name w:val="Medium Grid 2 Accent 1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OrtaKlavuz2-Vurgu2">
    <w:name w:val="Medium Grid 2 Accent 2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OrtaKlavuz2-Vurgu3">
    <w:name w:val="Medium Grid 2 Accent 3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OrtaKlavuz2-Vurgu4">
    <w:name w:val="Medium Grid 2 Accent 4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OrtaKlavuz2-Vurgu5">
    <w:name w:val="Medium Grid 2 Accent 5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OrtaKlavuz2-Vurgu6">
    <w:name w:val="Medium Grid 2 Accent 6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OrtaKlavuz3">
    <w:name w:val="Medium Grid 3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OrtaKlavuz3-Vurgu1">
    <w:name w:val="Medium Grid 3 Accent 1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OrtaKlavuz3-Vurgu2">
    <w:name w:val="Medium Grid 3 Accent 2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OrtaKlavuz3-Vurgu3">
    <w:name w:val="Medium Grid 3 Accent 3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OrtaKlavuz3-Vurgu4">
    <w:name w:val="Medium Grid 3 Accent 4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OrtaKlavuz3-Vurgu5">
    <w:name w:val="Medium Grid 3 Accent 5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OrtaKlavuz3-Vurgu6">
    <w:name w:val="Medium Grid 3 Accent 6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KoyuListe">
    <w:name w:val="Dark List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KoyuListe-Vurgu1">
    <w:name w:val="Dark List Accent 1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KoyuListe-Vurgu2">
    <w:name w:val="Dark List Accent 2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KoyuListe-Vurgu3">
    <w:name w:val="Dark List Accent 3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KoyuListe-Vurgu4">
    <w:name w:val="Dark List Accent 4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KoyuListe-Vurgu5">
    <w:name w:val="Dark List Accent 5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KoyuListe-Vurgu6">
    <w:name w:val="Dark List Accent 6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RenkliGlgeleme">
    <w:name w:val="Colorful Shading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Glgeleme-Vurgu1">
    <w:name w:val="Colorful Shading Accent 1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Glgeleme-Vurgu2">
    <w:name w:val="Colorful Shading Accent 2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Glgeleme-Vurgu3">
    <w:name w:val="Colorful Shading Accent 3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RenkliGlgeleme-Vurgu4">
    <w:name w:val="Colorful Shading Accent 4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Glgeleme-Vurgu5">
    <w:name w:val="Colorful Shading Accent 5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Glgeleme-Vurgu6">
    <w:name w:val="Colorful Shading Accent 6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Liste">
    <w:name w:val="Colorful List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RenkliListe-Vurgu1">
    <w:name w:val="Colorful List Accent 1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RenkliListe-Vurgu2">
    <w:name w:val="Colorful List Accent 2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RenkliListe-Vurgu3">
    <w:name w:val="Colorful List Accent 3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RenkliListe-Vurgu4">
    <w:name w:val="Colorful List Accent 4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RenkliListe-Vurgu5">
    <w:name w:val="Colorful List Accent 5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RenkliListe-Vurgu6">
    <w:name w:val="Colorful List Accent 6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RenkliKlavuz">
    <w:name w:val="Colorful Grid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RenkliKlavuz-Vurgu1">
    <w:name w:val="Colorful Grid Accent 1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RenkliKlavuz-Vurgu2">
    <w:name w:val="Colorful Grid Accent 2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RenkliKlavuz-Vurgu3">
    <w:name w:val="Colorful Grid Accent 3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RenkliKlavuz-Vurgu4">
    <w:name w:val="Colorful Grid Accent 4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RenkliKlavuz-Vurgu5">
    <w:name w:val="Colorful Grid Accent 5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RenkliKlavuz-Vurgu6">
    <w:name w:val="Colorful Grid Accent 6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NormalWeb">
    <w:name w:val="Normal (Web)"/>
    <w:basedOn w:val="Normal"/>
    <w:uiPriority w:val="99"/>
    <w:semiHidden/>
    <w:unhideWhenUsed/>
    <w:rsid w:val="00DF48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tr-TR" w:eastAsia="tr-TR"/>
    </w:rPr>
  </w:style>
  <w:style w:type="character" w:styleId="Kpr">
    <w:name w:val="Hyperlink"/>
    <w:uiPriority w:val="99"/>
    <w:unhideWhenUsed/>
    <w:rsid w:val="00757083"/>
    <w:rPr>
      <w:color w:val="0000FF"/>
      <w:u w:val="single"/>
    </w:rPr>
  </w:style>
  <w:style w:type="character" w:styleId="zmlenmeyenBahsetme">
    <w:name w:val="Unresolved Mention"/>
    <w:uiPriority w:val="99"/>
    <w:semiHidden/>
    <w:unhideWhenUsed/>
    <w:rsid w:val="007570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3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ykk@m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1DE8A3-5F27-437A-88C0-3692265D6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2642</CharactersWithSpaces>
  <SharedDoc>false</SharedDoc>
  <HyperlinkBase/>
  <HLinks>
    <vt:vector size="6" baseType="variant">
      <vt:variant>
        <vt:i4>2818129</vt:i4>
      </vt:variant>
      <vt:variant>
        <vt:i4>3</vt:i4>
      </vt:variant>
      <vt:variant>
        <vt:i4>0</vt:i4>
      </vt:variant>
      <vt:variant>
        <vt:i4>5</vt:i4>
      </vt:variant>
      <vt:variant>
        <vt:lpwstr>mailto:sykk@mu.edu.tr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2026-07-24T08:41:00Z</dcterms:created>
  <dcterms:modified xsi:type="dcterms:W3CDTF">2026-07-24T08:41:00Z</dcterms:modified>
  <cp:category/>
</cp:coreProperties>
</file>